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DATOS DEL ÁREA FORESTAL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inventario forestal (aplicar CENSO, 100% de los árboles):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60"/>
        <w:gridCol w:w="780"/>
        <w:gridCol w:w="760"/>
        <w:gridCol w:w="980"/>
        <w:gridCol w:w="860"/>
        <w:gridCol w:w="760"/>
        <w:gridCol w:w="820"/>
        <w:gridCol w:w="980"/>
        <w:gridCol w:w="980"/>
        <w:gridCol w:w="860"/>
        <w:gridCol w:w="860"/>
      </w:tblGrid>
      <w:tr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7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Pend. (%)</w:t>
            </w:r>
          </w:p>
        </w:tc>
        <w:tc>
          <w:tcPr>
            <w:tcW w:type="dxa" w:w="9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8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9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9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(m³/ha)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(m³/rodal)</w:t>
            </w:r>
          </w:p>
        </w:tc>
      </w:tr>
      <w:tr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Datos del muestreo de regeneración natural: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Forma de la parcela de regeneración: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Área de parcelas: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900"/>
        <w:gridCol w:w="1760"/>
        <w:gridCol w:w="1300"/>
        <w:gridCol w:w="1600"/>
        <w:gridCol w:w="16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brinzales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(cm)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fitosanitario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Codificación de especies: 01 Pino (Pinus spp.) · 02 Ciprés (Cupressus lusitánica) · 03 Encino-Roble (Quercus spp.) · 04 Aliso-Ilamo (Alnus spp.) · 05 Liquidámbar (Liquidambar sp.) · 06 Otros. Estratos: C0+C1 Regeneración · C2 Bosque joven · C3 Bosque medio · C4 Bosque maduro · C5 Bosque tratado · C6 Baja productividad.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Incluir la libreta de campo con todas las variables dasométricas, los cuadros de cálculo y las ecuaciones volumétricas utilizadas.</w:t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CÁLCULO DE LA CORTA ANUAL PERMISIBLE (m³/año)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Corta Anual Permisible (CAP): __________ m³/año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PLANIFICACIÓN DEL MANEJO — TRATAMIENTOS SILVICULTURALES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900"/>
        <w:gridCol w:w="1100"/>
        <w:gridCol w:w="1500"/>
        <w:gridCol w:w="2160"/>
        <w:gridCol w:w="1400"/>
        <w:gridCol w:w="140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Especies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Tratamiento silvicultural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DE LA RECUPERACIÓN DEL BOSQUE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160"/>
        <w:gridCol w:w="1200"/>
        <w:gridCol w:w="1800"/>
        <w:gridCol w:w="1900"/>
        <w:gridCol w:w="1900"/>
        <w:gridCol w:w="1400"/>
      </w:tblGrid>
      <w:tr>
        <w:tc>
          <w:tcPr>
            <w:tcW w:type="dxa" w:w="1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residual (m³/rodal)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MEDIDAS DE PROTECCIÓN DEL BOSQUE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JUSTIFICACIÓN TÉCNICA DE MANEJO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(áreas de protección y áreas sujetas a manejo).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de muestreo.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pendientes.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(nacimientos, corrientes hídricas).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infraestructura actual y por construir (bacadillas, caminos, vías de arrastre).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Incluir la libreta de campo con las coordenadas que delimitan la unidad de manejo, rodales, parcelas, recursos hídricos e infraestructura (indicar sistema de coordenadas y DATUM).</w:t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CUADRO DE FRECUENCIAS DE VOLUMEN Y ÁREA BASAL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Por clase diamétrica por especie.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160"/>
        <w:gridCol w:w="1600"/>
        <w:gridCol w:w="1700"/>
        <w:gridCol w:w="17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diamétrica (cm)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— FINCAS DE HASTA 5 HECTÁREAS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BOSQUE DE CONÍFERAS Y MIXTOS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