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Uso actual de la tierra (porcentaje y hectáreas):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Categoría de uso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Hectáreas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Porcentaje (%)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Categorías: 1) Forestal 2) Protección 3) Agricultura 4) Ganadería 5) Matorrales o guamiles 6) Agroforestería 7) Otros.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INVENTARIO FORESTAL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muestreo: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Intensidad: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Tamaño de parcela: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Forma: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0"/>
        <w:gridCol w:w="640"/>
        <w:gridCol w:w="820"/>
        <w:gridCol w:w="760"/>
        <w:gridCol w:w="720"/>
        <w:gridCol w:w="620"/>
        <w:gridCol w:w="680"/>
        <w:gridCol w:w="860"/>
        <w:gridCol w:w="860"/>
        <w:gridCol w:w="900"/>
        <w:gridCol w:w="760"/>
        <w:gridCol w:w="760"/>
      </w:tblGrid>
      <w:tr>
        <w:tc>
          <w:tcPr>
            <w:tcW w:type="dxa" w:w="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6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Pend. (%)</w:t>
            </w:r>
          </w:p>
        </w:tc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Nivel/Piso</w:t>
            </w:r>
          </w:p>
        </w:tc>
        <w:tc>
          <w:tcPr>
            <w:tcW w:type="dxa" w:w="7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6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(árb/ha)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Incremento anual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(m³/ha)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(m³/rodal)</w:t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muestreo de regeneración natural: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900"/>
        <w:gridCol w:w="1760"/>
        <w:gridCol w:w="1300"/>
        <w:gridCol w:w="1600"/>
        <w:gridCol w:w="16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brinzales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(cm)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 fitosanitario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Nivel/Piso: R = Regeneración, J = Joven, M = Maduro, S = Semillero.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Codificación de especies: 01 Pino (Pinus spp.) · 02 Ciprés (Cupressus lusitánica) · 03 Encino-Roble (Quercus spp.) · 04 Aliso-Ilamo (Alnus spp.) · 05 Liquidámbar (Liquidambar sp.) · 06 Otros. Estratos: C0+C1 Regeneración · C2 Bosque joven · C3 Bosque medio · C4 Bosque maduro · C5 Bosque tratado · C6 Baja productividad.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Incluir la libreta de campo con las variables dasométricas y los cuadros de cálculo dasométricos y estadísticos (impreso y electrónico).</w:t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PLANIFICACIÓN DEL MANEJO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820"/>
        <w:gridCol w:w="820"/>
        <w:gridCol w:w="1000"/>
        <w:gridCol w:w="1400"/>
        <w:gridCol w:w="1000"/>
        <w:gridCol w:w="1780"/>
        <w:gridCol w:w="1270"/>
        <w:gridCol w:w="1270"/>
      </w:tblGrid>
      <w:tr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Nivel/Piso</w:t>
            </w:r>
          </w:p>
        </w:tc>
        <w:tc>
          <w:tcPr>
            <w:tcW w:type="dxa" w:w="17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27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27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7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CÁLCULO DE LA CORTA ANUAL PERMISIBLE (m³/año)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Corta Anual Permisible (CAP): __________ m³/año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Justificación técnica de la CAP: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DE LA RECUPERACIÓN DEL BOSQUE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160"/>
        <w:gridCol w:w="1200"/>
        <w:gridCol w:w="1800"/>
        <w:gridCol w:w="1900"/>
        <w:gridCol w:w="1900"/>
        <w:gridCol w:w="1400"/>
      </w:tblGrid>
      <w:tr>
        <w:tc>
          <w:tcPr>
            <w:tcW w:type="dxa" w:w="1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residual (m³/rodal)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MEDIDAS DE PROTECCIÓN DEL BOSQUE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JUSTIFICACIÓN TÉCNICA DE MANEJO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(áreas de protección y áreas sujetas a manejo).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de muestreo.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pendientes.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(nacimientos, corrientes hídricas).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infraestructura actual y por construir (bacadillas, caminos, vías de arrastre).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X.  CUADRO DE FRECUENCIAS DE VOLUMEN Y ÁREA BASAL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160"/>
        <w:gridCol w:w="1600"/>
        <w:gridCol w:w="1700"/>
        <w:gridCol w:w="17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Clase diamétrica (cm)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árboles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XI.  ANEXO — DETALLE DEL PLAN DE PROTECCIÓN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1400"/>
        <w:gridCol w:w="1360"/>
        <w:gridCol w:w="2200"/>
        <w:gridCol w:w="18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Descripción de la actividad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de trabajo</w:t>
            </w:r>
          </w:p>
        </w:tc>
        <w:tc>
          <w:tcPr>
            <w:tcW w:type="dxa" w:w="1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rodal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Cuantificación / Unidad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Propuesto a realizar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Actividades: rondas · quemas controladas · prevención y combate de incendios · vigilancia ambulante · manejo de residuos · otras.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FORESTAL — FINCAS DE 5 A 15 HECTÁREAS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BOSQUE DE CONÍFERAS Y MIXTOS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