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Especies plantadas: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plantación: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Edad de la plantación: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3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3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</w:tr>
      <w:tr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RESUMEN DEL RALEO / PLAN OPERATIVO ANUAL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200"/>
        <w:gridCol w:w="2000"/>
        <w:gridCol w:w="1560"/>
        <w:gridCol w:w="1400"/>
        <w:gridCol w:w="14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árboles a extraer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INVENTARIO FORESTAL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muestreo: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Intensidad: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Tamaño de parcela: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Forma: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820"/>
        <w:gridCol w:w="900"/>
        <w:gridCol w:w="1200"/>
        <w:gridCol w:w="1200"/>
        <w:gridCol w:w="900"/>
        <w:gridCol w:w="900"/>
        <w:gridCol w:w="1200"/>
        <w:gridCol w:w="1120"/>
        <w:gridCol w:w="1120"/>
      </w:tblGrid>
      <w:tr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árboles/ha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(m³/ha)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(m³/rodal)</w:t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PLANIFICACIÓN DEL MANEJO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100"/>
        <w:gridCol w:w="1500"/>
        <w:gridCol w:w="2160"/>
        <w:gridCol w:w="1400"/>
        <w:gridCol w:w="14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ACTIVIDADES DE PROTECCIÓN FORESTAL A LA REMANENCIA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2760"/>
        <w:gridCol w:w="2600"/>
        <w:gridCol w:w="2500"/>
      </w:tblGrid>
      <w:tr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Cuantificación / Unidad</w:t>
            </w:r>
          </w:p>
        </w:tc>
        <w:tc>
          <w:tcPr>
            <w:tcW w:type="dxa" w:w="2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Propuesto a realizar</w:t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RECUPERACIÓN DEL BOSQUE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90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600"/>
      </w:tblGrid>
      <w:tr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7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8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9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10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11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12</w:t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MAPAS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Ubicación de infraestructura (caminos, brechas de extracción y de inventario).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Fuentes de agua (ríos, riachuelos, quebradas, nacimientos).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Rodales a ser intervenidos durante el año, a recuperar y de protección.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Intensidad de muestreo para el inventario forestal en plantaciones forestales según lo establecido en el manual.</w:t>
            </w:r>
          </w:p>
        </w:tc>
      </w:tr>
    </w:tbl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RALEO O PLAN OPERATIVO ANUAL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PARA PLANTACIONES FORESTALES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