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 (plantación):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bosque (plantación):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Edad de la plantación: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Especies plantadas: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RESUMEN DEL PLAN OPERATIVO ANUAL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200"/>
        <w:gridCol w:w="2000"/>
        <w:gridCol w:w="2560"/>
        <w:gridCol w:w="19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a extraer (m³)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INVENTARIO FORESTAL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muestreo: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Intensidad: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Tamaño de parcela: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Forma: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820"/>
        <w:gridCol w:w="820"/>
        <w:gridCol w:w="1100"/>
        <w:gridCol w:w="900"/>
        <w:gridCol w:w="760"/>
        <w:gridCol w:w="780"/>
        <w:gridCol w:w="820"/>
        <w:gridCol w:w="1120"/>
        <w:gridCol w:w="1120"/>
        <w:gridCol w:w="1120"/>
      </w:tblGrid>
      <w:tr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Nivel/Piso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7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(árb/ha)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PLANIFICACIÓN DEL MANEJO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100"/>
        <w:gridCol w:w="1500"/>
        <w:gridCol w:w="2160"/>
        <w:gridCol w:w="1400"/>
        <w:gridCol w:w="14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PROTECCIÓN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2760"/>
        <w:gridCol w:w="2600"/>
        <w:gridCol w:w="2500"/>
      </w:tblGrid>
      <w:tr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Cuantificación / Unidad</w:t>
            </w:r>
          </w:p>
        </w:tc>
        <w:tc>
          <w:tcPr>
            <w:tcW w:type="dxa" w:w="2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Propuesto a realizar</w:t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RECUPERACIÓN DEL BOSQUE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90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600"/>
      </w:tblGrid>
      <w:tr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7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8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9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10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11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12</w:t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MAPAS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Ubicación de infraestructura (caminos, brechas).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Fuentes de agua (ríos, riachuelos, quebradas, nacimientos).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Rodales a intervenir, a recuperar y de protección.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OPERATIVO ANUAL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PARA BOSQUE DE CONÍFERAS Y MIXTOS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