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Tipo de sistema agroforestal: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Especies no forestales asociadas: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Edad de la plantación del SAF: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Especies forestales plantadas: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DATOS DE LAS ESPECIES FORESTALES EN EL SAF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820"/>
        <w:gridCol w:w="1200"/>
        <w:gridCol w:w="900"/>
        <w:gridCol w:w="1120"/>
        <w:gridCol w:w="860"/>
        <w:gridCol w:w="860"/>
        <w:gridCol w:w="1140"/>
        <w:gridCol w:w="1120"/>
        <w:gridCol w:w="1120"/>
      </w:tblGrid>
      <w:tr>
        <w:tc>
          <w:tcPr>
            <w:tcW w:type="dxa" w:w="8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Nivel/Piso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árboles/ha</w:t>
            </w:r>
          </w:p>
        </w:tc>
        <w:tc>
          <w:tcPr>
            <w:tcW w:type="dxa" w:w="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11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(m²/ha)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(m³/ha)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(m³/rodal)</w:t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PLANIFICACIÓN DEL MANEJO Y APROVECHAMIENTO DE LAS ESPECIES FORESTALES — TRATAMIENTOS SILVICULTURALES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900"/>
        <w:gridCol w:w="1100"/>
        <w:gridCol w:w="1500"/>
        <w:gridCol w:w="2160"/>
        <w:gridCol w:w="1400"/>
        <w:gridCol w:w="140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Especies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PROPUESTA TÉCNICA DE MANEJO Y APROVECHAMIENTO EN FUNCIÓN DEL MANEJO AGRONÓMICO DEL CULTIVO EN ASOCIO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JUSTIFICACIÓN TÉCNICA DE MANEJO DEL SISTEMA AGROFORESTAL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DE LA RECUPERACIÓN DE LAS ESPECIES FORESTALES DENTRO DEL SISTEMA AGROFORESTAL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400"/>
        <w:gridCol w:w="1400"/>
        <w:gridCol w:w="2360"/>
        <w:gridCol w:w="2400"/>
        <w:gridCol w:w="1800"/>
      </w:tblGrid>
      <w:tr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MEDIDAS DE PROTECCIÓN DEL SISTEMA AGROFORESTAL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CARTOGRAFÍA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 finca.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rodalización y áreas de protección.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las parcelas de muestreo.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recursos hídricos e infraestructura.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PLANES GENERALES DE APROVECHAMIENTO FORESTAL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EN SISTEMAS AGROFORESTALES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