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IDENTIFICACIÓN DEL POAF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Año POAF: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quinquenio y AAA: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organización: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Periodo del plan: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Localización: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Propietario o representante legal: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Documento de identificación: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Profesional responsable: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colegiado: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Reg./CONAP: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Fecha de recepción: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FICHA TÉCNICA — LOCALIZACIÓN POLÍTICA DEL AAA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Aldea: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SUPERFICIES DEL AAA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Hectáreas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Categorías: superficie productiva · superficie de protección · total.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SOBRE EL ÁREA ANUAL DE APROVECHAMIENTO (AAA)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1. Abundancia (N), área basal (G, m²) y volumen (V, m³) por especie, para todos los árboles ≥ DMC: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60"/>
        <w:gridCol w:w="1300"/>
        <w:gridCol w:w="1400"/>
        <w:gridCol w:w="700"/>
        <w:gridCol w:w="760"/>
        <w:gridCol w:w="760"/>
        <w:gridCol w:w="760"/>
        <w:gridCol w:w="760"/>
        <w:gridCol w:w="760"/>
        <w:gridCol w:w="760"/>
      </w:tblGrid>
      <w:tr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 (censo)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 (censo)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 a extraer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 a extraer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 remanente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 remanente</w:t>
            </w:r>
          </w:p>
        </w:tc>
      </w:tr>
      <w:tr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2. Abundancia (N) y área basal (G, m²) por especie para árboles menores al DMC (incluir cedro y caoba por debajo del DMC):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2000"/>
        <w:gridCol w:w="2200"/>
        <w:gridCol w:w="1360"/>
        <w:gridCol w:w="1500"/>
        <w:gridCol w:w="1600"/>
      </w:tblGrid>
      <w:tr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1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 (m²)</w:t>
            </w:r>
          </w:p>
        </w:tc>
      </w:tr>
      <w:tr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Comentarios y discusión de los cuadros 1 y 2: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3. Impuestos a pagar por el volumen a extraer (Quetzales):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2200"/>
        <w:gridCol w:w="1900"/>
        <w:gridCol w:w="25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a extraer (m³)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Tarifa</w:t>
            </w:r>
          </w:p>
        </w:tc>
        <w:tc>
          <w:tcPr>
            <w:tcW w:type="dxa" w:w="2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Impuesto (Q)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PLANIFICACIÓN DEL APROVECHAMIENTO — DISEÑO DE CAMINOS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Ubicar en los mapas los caminos primarios y secundarios a construir y los de mantenimiento.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560"/>
        <w:gridCol w:w="1800"/>
        <w:gridCol w:w="24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camino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(construir / mantenimiento)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(km)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ACTIVIDADES DEL APROVECHAMIENTO FORESTAL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Mantenimiento del camino primario, apertura de caminos secundarios y bacadillas.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Corta, troceo y arrastre.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Aprovechamiento de residuos.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Medidas para que la operación produzca el menor impacto al medio.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ACTIVIDADES POST-APROVECHAMIENTO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Clausura de caminos primarios y secundarios.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Evaluación de actividades del aprovechamiento.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Actividades para reducir el impacto al concluir el aprovechamiento.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CRONOGRAMA DE ACTIVIDADES PRINCIPALES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7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8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9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10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11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12</w:t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OPERATIVO ANUAL FORESTAL (POAF)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EN BOSQUES LATIFOLIADOS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