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I.  INFORMACIÓN GENERAL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 la finca: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Registro de propiedad No.: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Folio: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Libro: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Coordenadas (sistema de coordenadas y DATUM):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propietario: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Representante legal: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Regente forestal: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de registro CONAP: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total de la finca: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con bosque: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Tipo de bosque: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efectiva de manejo: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de protección: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protegida: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Zonificación: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Incremento medio anual de la(s) especie(s): __________ m³/ha./año 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Duración del plan: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  Ciclo de corta: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II.  UBICACIÓN GENERAL DE LA FINCA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Plano de ubicación de la finca (base: hoja cartográfica escala 1:50,000).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III.  DESCRIPCIÓN DEL AGENTE CAUSAL Y ESTIMACIÓN DEL DAÑO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IV.  DESCRIPCIÓN DE LAS MEDIDAS DE CONTROL Y PREVENCIÓN A IMPLEMENTAR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V.  CANTIDAD Y TIPOS DE PRODUCTOS A EXTRAER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00"/>
        <w:gridCol w:w="1600"/>
        <w:gridCol w:w="1400"/>
        <w:gridCol w:w="1200"/>
        <w:gridCol w:w="1120"/>
        <w:gridCol w:w="1120"/>
        <w:gridCol w:w="1020"/>
      </w:tblGrid>
      <w:tr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Producto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árboles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troza (m³)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leña (m³)</w:t>
            </w:r>
          </w:p>
        </w:tc>
        <w:tc>
          <w:tcPr>
            <w:tcW w:type="dxa" w:w="10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Total (m³)</w:t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VI.  INVENTARIO FORESTAL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00"/>
        <w:gridCol w:w="1000"/>
        <w:gridCol w:w="1500"/>
        <w:gridCol w:w="1120"/>
        <w:gridCol w:w="900"/>
        <w:gridCol w:w="900"/>
        <w:gridCol w:w="1180"/>
        <w:gridCol w:w="1060"/>
      </w:tblGrid>
      <w:tr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árboles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DAP (cm)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Altura (m)</w:t>
            </w:r>
          </w:p>
        </w:tc>
        <w:tc>
          <w:tcPr>
            <w:tcW w:type="dxa" w:w="11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basal (m²)</w:t>
            </w:r>
          </w:p>
        </w:tc>
        <w:tc>
          <w:tcPr>
            <w:tcW w:type="dxa" w:w="10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(m³)</w:t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VII.  MEDIDAS DE RECUPERACIÓN DE LA MASA BOSCOSA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400"/>
        <w:gridCol w:w="1400"/>
        <w:gridCol w:w="2360"/>
        <w:gridCol w:w="2400"/>
        <w:gridCol w:w="1800"/>
      </w:tblGrid>
      <w:tr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2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Densidad inicial (árb/ha)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Método de recuperación</w:t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VIII.  CRONOGRAMA DE EJECUCIÓN DE ACTIVIDADES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160"/>
        <w:gridCol w:w="900"/>
        <w:gridCol w:w="760"/>
        <w:gridCol w:w="760"/>
        <w:gridCol w:w="760"/>
        <w:gridCol w:w="760"/>
        <w:gridCol w:w="760"/>
        <w:gridCol w:w="900"/>
      </w:tblGrid>
      <w:tr>
        <w:tc>
          <w:tcPr>
            <w:tcW w:type="dxa" w:w="3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Mes 1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2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3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4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5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6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</w:t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IX.  CARTOGRAFÍA</w:t>
            </w:r>
          </w:p>
        </w:tc>
      </w:tr>
    </w:tbl>
    <w:p>
      <w:pPr>
        <w:spacing w:after="100"/>
      </w:pP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ubicación de la finca.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rodalización y áreas de protección.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ubicación de las parcelas / árboles a intervenir.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recursos hídricos e infraestructura.</w:t>
      </w:r>
    </w:p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regente forestal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regente forestal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PLANES DE SANEAMIENTO FORESTAL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