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DESCRIPCIÓN DE LA CAUSA Y ESTIMACIÓN DEL DAÑO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CANTIDAD Y TIPOS DE PRODUCTOS A EXTRAER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600"/>
        <w:gridCol w:w="1400"/>
        <w:gridCol w:w="1200"/>
        <w:gridCol w:w="1120"/>
        <w:gridCol w:w="1120"/>
        <w:gridCol w:w="102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Producto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  <w:tc>
          <w:tcPr>
            <w:tcW w:type="dxa" w:w="10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INVENTARIO FORESTAL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000"/>
        <w:gridCol w:w="1500"/>
        <w:gridCol w:w="1120"/>
        <w:gridCol w:w="900"/>
        <w:gridCol w:w="900"/>
        <w:gridCol w:w="1180"/>
        <w:gridCol w:w="106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MEDIDAS DE RECUPERACIÓN DE LA MASA BOSCOSA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CRONOGRAMA DE EJECUCIÓN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900"/>
        <w:gridCol w:w="760"/>
        <w:gridCol w:w="760"/>
        <w:gridCol w:w="760"/>
        <w:gridCol w:w="760"/>
        <w:gridCol w:w="760"/>
        <w:gridCol w:w="9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y áreas de protección.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/ árboles a intervenir.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e infraestructura.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PLANES DE SALVAMENTO FORESTAL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