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DATOS DEL ÁREA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000"/>
        <w:gridCol w:w="1500"/>
        <w:gridCol w:w="112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muestreo de regeneración natural: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900"/>
        <w:gridCol w:w="1760"/>
        <w:gridCol w:w="1300"/>
        <w:gridCol w:w="1600"/>
        <w:gridCol w:w="16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brinzales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(cm)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fitosanitario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EVALUACIÓN DE LA CAPACIDAD DE USO DE LA TIERRA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JUSTIFICACIÓN TÉCNICA DE LA PROPUESTA DE CAMBIO DE USO DE LA TIERRA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TIPOS DE PRODUCTOS A EXTRAER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600"/>
        <w:gridCol w:w="1400"/>
        <w:gridCol w:w="1200"/>
        <w:gridCol w:w="1120"/>
        <w:gridCol w:w="1120"/>
        <w:gridCol w:w="102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Producto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  <w:tc>
          <w:tcPr>
            <w:tcW w:type="dxa" w:w="10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DEL COMPROMISO DE RECUPERACIÓN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EJECUCIÓN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900"/>
        <w:gridCol w:w="760"/>
        <w:gridCol w:w="760"/>
        <w:gridCol w:w="760"/>
        <w:gridCol w:w="760"/>
        <w:gridCol w:w="760"/>
        <w:gridCol w:w="9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y áreas de protección.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/ árboles a intervenir.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e infraestructura.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PLANES DE CAMBIO DE USO DE LA TIERRA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