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1.  INFORMACIÓN GENERAL DEL TERRENO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terreno /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Documento de propiedad / posesión: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Área a restaurar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2.  INFORMACIÓN DEL ÁREA A RESTAURAR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3.  INFORMACIÓN DEL AUTOR DEL ESTUDIO TÉCNICO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de Registro Nacional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Dirección domiciliar: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Correo electrónico: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4.  INFORMACIÓN SOCIOECONÓMICA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5.  OBJETIVO GENERAL DE LA RESTAURACIÓN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6.  JUSTIFICACIÓN DE LA METODOLOGÍA O ARREGLO DE RESTAURACIÓN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7.  DESCRIPCIÓN DEL MÉTODO DE RESTAURACIÓN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Especificar si es siembra directa, plántula, regeneración natural asistida u otro.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8.  PROCEDENCIA DE LOS ÁRBOLES UTILIZADOS EN LA RESTAURACIÓN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760"/>
        <w:gridCol w:w="2600"/>
        <w:gridCol w:w="1900"/>
        <w:gridCol w:w="2100"/>
      </w:tblGrid>
      <w:tr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Procedencia (vivero / fuente)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plantas</w:t>
            </w:r>
          </w:p>
        </w:tc>
        <w:tc>
          <w:tcPr>
            <w:tcW w:type="dxa" w:w="2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9.  PROGRAMA DE PROTECCIÓN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Protección contra incendios, plagas y enfermedades, y daños por animales.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10.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1200"/>
        <w:gridCol w:w="1200"/>
        <w:gridCol w:w="1200"/>
        <w:gridCol w:w="1200"/>
        <w:gridCol w:w="12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1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2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3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4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5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11.  PLANOS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Presentar un plano por cada terreno que incluya, como mínimo, el área a restaurar, coordenadas, colindancias y recursos hídricos.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PLANES DE MANEJO CON FINES DE RESTAURACIÓN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EN ÁREAS PROTEGIDAS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