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DATOS GENERALES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INFORMACIÓN GENERAL DE LA FUENTE SEMILLERA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Especie(s):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Categoría de la fuente: </w:t>
      </w:r>
      <w:r>
        <w:rPr>
          <w:rFonts w:ascii="Arial" w:hAnsi="Arial"/>
          <w:b w:val="0"/>
          <w:i w:val="0"/>
          <w:color w:val="888888"/>
          <w:sz w:val="20"/>
        </w:rPr>
        <w:t>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(ha): </w:t>
      </w:r>
      <w:r>
        <w:rPr>
          <w:rFonts w:ascii="Arial" w:hAnsi="Arial"/>
          <w:b w:val="0"/>
          <w:i w:val="0"/>
          <w:color w:val="888888"/>
          <w:sz w:val="20"/>
        </w:rPr>
        <w:t>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árboles semilleros: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PLAN ANUAL DE COSECHA DE SEMILLAS FORESTALES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000"/>
        <w:gridCol w:w="1900"/>
        <w:gridCol w:w="1900"/>
        <w:gridCol w:w="1900"/>
        <w:gridCol w:w="1660"/>
      </w:tblGrid>
      <w:tr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Época de cosecha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árboles a cosechar</w:t>
            </w:r>
          </w:p>
        </w:tc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Producción estimada (kg)</w:t>
            </w:r>
          </w:p>
        </w:tc>
        <w:tc>
          <w:tcPr>
            <w:tcW w:type="dxa" w:w="16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</w:t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6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Incluir el destino de la semilla y las medidas de manejo de la fuente durante la cosecha.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OPERATIVO ANUAL PARA COLECTA DE SEMILLAS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DE FUENTES SEMILLERAS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