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DATOS GENERALES DEL TERRENO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terreno /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Documento de propiedad / posesión: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(ha):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Área con regeneración (ha):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OBJETIVOS DEL MANEJO DE LA REGENERACIÓN NATURAL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JUSTIFICACIÓN TÉCNICA DEL MANEJO DE LA REGENERACIÓN NATURAL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CARACTERÍSTICAS DE LA REGENERACIÓN NATURAL A MANEJAR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200"/>
        <w:gridCol w:w="1900"/>
        <w:gridCol w:w="1900"/>
        <w:gridCol w:w="116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 / Especie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(plantas/ha)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Diámetro promedio (cm)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promedio (m)</w:t>
            </w:r>
          </w:p>
        </w:tc>
        <w:tc>
          <w:tcPr>
            <w:tcW w:type="dxa" w:w="1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DESCRIPCIÓN DE LA VEGETACIÓN ASOCIADA A LOS RODALES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Describir composición, densidad, distribución y competencia por luz con la regeneración natural.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DESCRIPCIÓN DEL MANEJO A REALIZAR EN LA REGENERACIÓN NATURAL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Detallar labores culturales, prácticas silviculturales, intensidad de aplicación y completación en espacios vacíos.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PROGRAMA DE PROTECCIÓN DE LA REGENERACIÓN NATURAL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Protección contra incendios forestales (rondas: ancho, época de construcción y mantenimiento, líneas negras).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Protección contra plagas y enfermedades (medidas preventivas y de control).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Protección contra daños de animales domésticos.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1200"/>
        <w:gridCol w:w="1200"/>
        <w:gridCol w:w="1200"/>
        <w:gridCol w:w="1200"/>
        <w:gridCol w:w="12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1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2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3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4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5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INFORMACIÓN SOCIOECONÓMICA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X.  INFORMACIÓN DEL AUTOR DEL ESTUDIO TÉCNICO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profesional: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de Registro Nacional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Adjuntar constancia vigente del Registro Nacional Forestal.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XI.  INFORMACIÓN DEL POSEEDOR DEL TERRENO O REPRESENTANTE LEGAL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Documento de identificación: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XII.  PLANOS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Presentar un plano por cada terreno que incluya, como mínimo, el área con regeneración natural, coordenadas, colindancias y recursos hídricos.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MANEJO DE REGENERACIÓN NATURAL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